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760" w:rsidRDefault="006A2EFD">
      <w:pPr>
        <w:jc w:val="center"/>
      </w:pPr>
      <w:r>
        <w:rPr>
          <w:b/>
        </w:rPr>
        <w:t>FORM PENYERAHAN SKRIPSI</w:t>
      </w:r>
    </w:p>
    <w:p w:rsidR="00C67760" w:rsidRDefault="006A2EFD">
      <w:pPr>
        <w:jc w:val="center"/>
      </w:pPr>
      <w:r>
        <w:rPr>
          <w:b/>
        </w:rPr>
        <w:t>PROGRAM STUDI BIOLOGI</w:t>
      </w:r>
    </w:p>
    <w:p w:rsidR="00C67760" w:rsidRDefault="006A2EFD">
      <w:pPr>
        <w:jc w:val="center"/>
      </w:pPr>
      <w:r>
        <w:rPr>
          <w:b/>
        </w:rPr>
        <w:t>FAKULTAS MIPA DAN KESEHATAN</w:t>
      </w:r>
    </w:p>
    <w:p w:rsidR="00C67760" w:rsidRDefault="006A2EFD">
      <w:pPr>
        <w:jc w:val="center"/>
      </w:pPr>
      <w:r>
        <w:rPr>
          <w:b/>
        </w:rPr>
        <w:t>UNIVERSITAS MUHAMMADIYAH RIAU</w:t>
      </w:r>
    </w:p>
    <w:p w:rsidR="00C67760" w:rsidRDefault="00C67760">
      <w:pPr>
        <w:spacing w:after="200"/>
      </w:pPr>
    </w:p>
    <w:p w:rsidR="00C67760" w:rsidRDefault="006A2EFD">
      <w:pPr>
        <w:spacing w:after="80"/>
      </w:pPr>
      <w:r>
        <w:rPr>
          <w:b/>
        </w:rPr>
        <w:t>A. Identitas Mahasiswa</w:t>
      </w:r>
    </w:p>
    <w:p w:rsidR="00C67760" w:rsidRDefault="006A2EFD">
      <w:pPr>
        <w:spacing w:after="100" w:line="264" w:lineRule="auto"/>
        <w:ind w:left="652" w:hanging="28"/>
      </w:pPr>
      <w:r>
        <w:t xml:space="preserve">1. Nama Mahasiswa </w:t>
      </w:r>
      <w:r>
        <w:tab/>
      </w:r>
      <w:r>
        <w:t xml:space="preserve">   : </w:t>
      </w:r>
    </w:p>
    <w:p w:rsidR="00C67760" w:rsidRDefault="006A2EFD">
      <w:pPr>
        <w:spacing w:after="100" w:line="264" w:lineRule="auto"/>
        <w:ind w:left="652" w:hanging="28"/>
      </w:pPr>
      <w:r>
        <w:t xml:space="preserve">2. NIM                       </w:t>
      </w:r>
      <w:r>
        <w:tab/>
        <w:t xml:space="preserve">   : </w:t>
      </w:r>
    </w:p>
    <w:p w:rsidR="00C67760" w:rsidRDefault="006A2EFD">
      <w:pPr>
        <w:spacing w:after="100" w:line="264" w:lineRule="auto"/>
        <w:ind w:left="652" w:hanging="28"/>
      </w:pPr>
      <w:r>
        <w:t xml:space="preserve">3. Program Studi       </w:t>
      </w:r>
      <w:r>
        <w:tab/>
        <w:t xml:space="preserve">  </w:t>
      </w:r>
      <w:r>
        <w:t xml:space="preserve"> : </w:t>
      </w:r>
    </w:p>
    <w:p w:rsidR="00C67760" w:rsidRDefault="006A2EFD" w:rsidP="006A2EFD">
      <w:pPr>
        <w:spacing w:after="100"/>
        <w:ind w:left="652"/>
      </w:pPr>
      <w:r>
        <w:t>4. Judul Skripsi</w:t>
      </w:r>
      <w:r>
        <w:t xml:space="preserve">        </w:t>
      </w:r>
      <w:r>
        <w:tab/>
        <w:t xml:space="preserve">  </w:t>
      </w:r>
      <w:r>
        <w:t xml:space="preserve"> : </w:t>
      </w:r>
    </w:p>
    <w:p w:rsidR="00C67760" w:rsidRDefault="006A2EFD">
      <w:pPr>
        <w:spacing w:after="100" w:line="264" w:lineRule="auto"/>
        <w:ind w:left="652" w:hanging="28"/>
      </w:pPr>
      <w:r>
        <w:t xml:space="preserve">5. Dosen Pembimbing 1     : </w:t>
      </w:r>
    </w:p>
    <w:p w:rsidR="00C67760" w:rsidRDefault="006A2EFD">
      <w:pPr>
        <w:spacing w:after="160" w:line="264" w:lineRule="auto"/>
        <w:ind w:left="652" w:hanging="28"/>
      </w:pPr>
      <w:r>
        <w:t xml:space="preserve">6. Dosen Pembimbing 2     : </w:t>
      </w:r>
    </w:p>
    <w:p w:rsidR="00C67760" w:rsidRDefault="006A2EFD">
      <w:pPr>
        <w:spacing w:after="60"/>
      </w:pPr>
      <w:r>
        <w:rPr>
          <w:b/>
        </w:rPr>
        <w:t>B. Keterangan Penyerahan</w:t>
      </w:r>
    </w:p>
    <w:p w:rsidR="00C67760" w:rsidRDefault="006A2EFD">
      <w:pPr>
        <w:spacing w:after="20"/>
      </w:pPr>
      <w:r>
        <w:t>Dengan ini saya menyerahkan naskah Skripsi beserta berkas pendukung kepada</w:t>
      </w:r>
    </w:p>
    <w:p w:rsidR="00C67760" w:rsidRDefault="006A2EFD">
      <w:pPr>
        <w:spacing w:after="140"/>
      </w:pPr>
      <w:r>
        <w:t>Program Studi Biologi sebagai salah satu syarat administrasi penyelesaian studi.</w:t>
      </w:r>
    </w:p>
    <w:p w:rsidR="00C67760" w:rsidRDefault="006A2EFD">
      <w:pPr>
        <w:spacing w:after="80"/>
      </w:pPr>
      <w:r>
        <w:t>Jumlah berkas yang diserahkan:</w:t>
      </w:r>
    </w:p>
    <w:p w:rsidR="00C67760" w:rsidRDefault="006A2EFD">
      <w:pPr>
        <w:spacing w:after="20"/>
        <w:ind w:left="425" w:hanging="227"/>
      </w:pPr>
      <w:r>
        <w:t>•   1 eksemplar cetak skripsi jilid (S</w:t>
      </w:r>
      <w:r>
        <w:t>oft laminating)</w:t>
      </w:r>
    </w:p>
    <w:p w:rsidR="00C67760" w:rsidRDefault="006A2EFD">
      <w:pPr>
        <w:spacing w:after="20"/>
        <w:ind w:left="425" w:hanging="227"/>
      </w:pPr>
      <w:r>
        <w:t>•   1 file PDF skripsi (softcopy)</w:t>
      </w:r>
    </w:p>
    <w:p w:rsidR="00C67760" w:rsidRDefault="006A2EFD">
      <w:pPr>
        <w:spacing w:after="20"/>
        <w:ind w:left="425" w:hanging="227"/>
      </w:pPr>
      <w:r>
        <w:t>•   Bukti unggah repository / unggah tugas akhir</w:t>
      </w:r>
    </w:p>
    <w:p w:rsidR="00C67760" w:rsidRDefault="006A2EFD">
      <w:pPr>
        <w:spacing w:after="20"/>
        <w:ind w:left="425" w:hanging="227"/>
      </w:pPr>
      <w:r>
        <w:t>•   Bukti bebas pustaka / laboratorium / UKT</w:t>
      </w:r>
    </w:p>
    <w:p w:rsidR="00C67760" w:rsidRDefault="00C67760">
      <w:pPr>
        <w:spacing w:after="140"/>
      </w:pPr>
    </w:p>
    <w:p w:rsidR="00C67760" w:rsidRDefault="006A2EFD">
      <w:pPr>
        <w:spacing w:after="60"/>
      </w:pPr>
      <w:r>
        <w:rPr>
          <w:b/>
        </w:rPr>
        <w:t>C. Tanda Tangan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4195"/>
        <w:gridCol w:w="2381"/>
      </w:tblGrid>
      <w:tr w:rsidR="00C67760">
        <w:trPr>
          <w:trHeight w:val="539"/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67760" w:rsidRDefault="006A2EFD">
            <w:pPr>
              <w:spacing w:after="0"/>
            </w:pPr>
            <w:r>
              <w:rPr>
                <w:sz w:val="19"/>
              </w:rPr>
              <w:t>Mahasiswa</w:t>
            </w:r>
          </w:p>
        </w:tc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67760" w:rsidRDefault="00C67760">
            <w:pPr>
              <w:spacing w:after="0"/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67760" w:rsidRDefault="00C67760">
            <w:pPr>
              <w:spacing w:after="0"/>
            </w:pPr>
          </w:p>
        </w:tc>
      </w:tr>
      <w:tr w:rsidR="00C67760">
        <w:trPr>
          <w:trHeight w:val="539"/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67760" w:rsidRDefault="006A2EFD">
            <w:pPr>
              <w:spacing w:after="0"/>
            </w:pPr>
            <w:r>
              <w:rPr>
                <w:sz w:val="19"/>
              </w:rPr>
              <w:t>Dosen Pembimbing 1</w:t>
            </w:r>
          </w:p>
        </w:tc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67760" w:rsidRDefault="00C67760">
            <w:pPr>
              <w:spacing w:after="0"/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67760" w:rsidRDefault="00C67760">
            <w:pPr>
              <w:spacing w:after="0"/>
            </w:pPr>
          </w:p>
        </w:tc>
      </w:tr>
      <w:tr w:rsidR="00C67760">
        <w:trPr>
          <w:trHeight w:val="539"/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67760" w:rsidRDefault="006A2EFD">
            <w:pPr>
              <w:spacing w:after="0"/>
            </w:pPr>
            <w:r>
              <w:rPr>
                <w:sz w:val="19"/>
              </w:rPr>
              <w:t>Dosen Pembimbing 2</w:t>
            </w:r>
          </w:p>
        </w:tc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67760" w:rsidRDefault="00C67760">
            <w:pPr>
              <w:spacing w:after="0"/>
            </w:pPr>
            <w:bookmarkStart w:id="0" w:name="_GoBack"/>
            <w:bookmarkEnd w:id="0"/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C67760" w:rsidRDefault="00C67760">
            <w:pPr>
              <w:spacing w:after="0"/>
            </w:pPr>
          </w:p>
        </w:tc>
      </w:tr>
    </w:tbl>
    <w:p w:rsidR="00C67760" w:rsidRDefault="006A2EFD">
      <w:r>
        <w:br w:type="page"/>
      </w:r>
    </w:p>
    <w:p w:rsidR="00C67760" w:rsidRDefault="006A2EFD">
      <w:r>
        <w:rPr>
          <w:b/>
        </w:rPr>
        <w:lastRenderedPageBreak/>
        <w:t>Catatan Petugas Prodi</w:t>
      </w:r>
    </w:p>
    <w:p w:rsidR="00C67760" w:rsidRDefault="006A2EFD">
      <w:pPr>
        <w:spacing w:after="160"/>
        <w:ind w:left="113"/>
      </w:pPr>
      <w:r>
        <w:rPr>
          <w:color w:val="5A5A5A"/>
        </w:rPr>
        <w:t>............................................................................................</w:t>
      </w:r>
    </w:p>
    <w:p w:rsidR="00C67760" w:rsidRDefault="006A2EFD">
      <w:pPr>
        <w:spacing w:after="160"/>
        <w:ind w:left="113"/>
      </w:pPr>
      <w:r>
        <w:rPr>
          <w:color w:val="5A5A5A"/>
        </w:rPr>
        <w:t>............................................................................................</w:t>
      </w:r>
    </w:p>
    <w:p w:rsidR="00C67760" w:rsidRDefault="006A2EFD">
      <w:pPr>
        <w:spacing w:after="160"/>
        <w:ind w:left="113"/>
      </w:pPr>
      <w:r>
        <w:rPr>
          <w:color w:val="5A5A5A"/>
        </w:rPr>
        <w:t>............................................................................................</w:t>
      </w:r>
    </w:p>
    <w:p w:rsidR="00C67760" w:rsidRDefault="00C67760">
      <w:pPr>
        <w:spacing w:after="260"/>
      </w:pPr>
    </w:p>
    <w:p w:rsidR="00C67760" w:rsidRDefault="006A2EFD">
      <w:pPr>
        <w:spacing w:after="160"/>
      </w:pPr>
      <w:r>
        <w:t>Mengetahui,</w:t>
      </w:r>
    </w:p>
    <w:p w:rsidR="00C67760" w:rsidRDefault="006A2EFD">
      <w:pPr>
        <w:spacing w:after="160"/>
      </w:pPr>
      <w:r>
        <w:t>Ketua Program Studi Biologi</w:t>
      </w:r>
    </w:p>
    <w:p w:rsidR="00C67760" w:rsidRDefault="00C67760">
      <w:pPr>
        <w:spacing w:after="200"/>
      </w:pPr>
    </w:p>
    <w:p w:rsidR="00C67760" w:rsidRDefault="00C67760">
      <w:pPr>
        <w:spacing w:after="200"/>
      </w:pPr>
    </w:p>
    <w:p w:rsidR="00C67760" w:rsidRDefault="006A2EFD">
      <w:r>
        <w:t>(Nofripa Herlina, S.Si., M.Si)</w:t>
      </w:r>
    </w:p>
    <w:p w:rsidR="00C67760" w:rsidRDefault="006A2EFD">
      <w:pPr>
        <w:spacing w:after="0"/>
      </w:pPr>
      <w:r>
        <w:t>NIDN. 1010118401</w:t>
      </w:r>
    </w:p>
    <w:sectPr w:rsidR="00C67760" w:rsidSect="00034616">
      <w:pgSz w:w="11906" w:h="16838"/>
      <w:pgMar w:top="1531" w:right="1417" w:bottom="1361" w:left="181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2EFD"/>
    <w:rsid w:val="00AA1D8D"/>
    <w:rsid w:val="00B47730"/>
    <w:rsid w:val="00C6776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B743BF-6765-42F2-ACEC-A1E7E4F5A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Penyerahan Skripsi - Fitri Wulandari</vt:lpstr>
    </vt:vector>
  </TitlesOfParts>
  <Company/>
  <LinksUpToDate>false</LinksUpToDate>
  <CharactersWithSpaces>1168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Penyerahan Skripsi - Fitri Wulandari</dc:title>
  <dc:subject>Formulir penyerahan skripsi Program Studi Biologi</dc:subject>
  <dc:creator>Program Studi Biologi</dc:creator>
  <dc:description>generated by python-docx</dc:description>
  <cp:lastModifiedBy>acer</cp:lastModifiedBy>
  <cp:revision>2</cp:revision>
  <dcterms:created xsi:type="dcterms:W3CDTF">2026-10-19T12:22:00Z</dcterms:created>
  <dcterms:modified xsi:type="dcterms:W3CDTF">2026-10-19T12:22:00Z</dcterms:modified>
</cp:coreProperties>
</file>